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76C0F" w14:textId="6BC04AA7" w:rsidR="00BA38B0" w:rsidRDefault="00E94581">
      <w:pPr>
        <w:pStyle w:val="Ttulo1"/>
        <w:rPr>
          <w:color w:val="auto"/>
          <w:lang w:val="pt-BR"/>
        </w:rPr>
      </w:pPr>
      <w:r>
        <w:rPr>
          <w:noProof/>
          <w:color w:val="auto"/>
          <w:lang w:val="pt-BR"/>
        </w:rPr>
        <w:drawing>
          <wp:anchor distT="0" distB="0" distL="114300" distR="114300" simplePos="0" relativeHeight="251658240" behindDoc="1" locked="0" layoutInCell="1" allowOverlap="1" wp14:anchorId="6801B81C" wp14:editId="3A5659A0">
            <wp:simplePos x="0" y="0"/>
            <wp:positionH relativeFrom="page">
              <wp:align>left</wp:align>
            </wp:positionH>
            <wp:positionV relativeFrom="paragraph">
              <wp:posOffset>-1005205</wp:posOffset>
            </wp:positionV>
            <wp:extent cx="7876572" cy="11132012"/>
            <wp:effectExtent l="0" t="0" r="0" b="0"/>
            <wp:wrapNone/>
            <wp:docPr id="188330930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309306" name="Imagem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6572" cy="1113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2CF" w:rsidRPr="00267C6A">
        <w:rPr>
          <w:color w:val="auto"/>
          <w:lang w:val="pt-BR"/>
        </w:rPr>
        <w:t>Título</w:t>
      </w:r>
    </w:p>
    <w:p w14:paraId="30F79914" w14:textId="3985C200" w:rsidR="00AD1ABF" w:rsidRPr="00AD1ABF" w:rsidRDefault="00AD1ABF" w:rsidP="00AD1ABF">
      <w:pPr>
        <w:rPr>
          <w:lang w:val="pt-BR"/>
        </w:rPr>
      </w:pPr>
      <w:r w:rsidRPr="00AD1ABF">
        <w:rPr>
          <w:lang w:val="pt-BR"/>
        </w:rPr>
        <w:t>[Insira aqui um título claro, objetivo e sem abreviações]</w:t>
      </w:r>
    </w:p>
    <w:p w14:paraId="781CB3D3" w14:textId="77777777" w:rsidR="00BA38B0" w:rsidRPr="00267C6A" w:rsidRDefault="006532CF">
      <w:pPr>
        <w:pStyle w:val="Ttulo2"/>
        <w:rPr>
          <w:color w:val="auto"/>
          <w:lang w:val="pt-BR"/>
        </w:rPr>
      </w:pPr>
      <w:r w:rsidRPr="00267C6A">
        <w:rPr>
          <w:color w:val="auto"/>
          <w:lang w:val="pt-BR"/>
        </w:rPr>
        <w:t>Autores</w:t>
      </w:r>
    </w:p>
    <w:p w14:paraId="5A3DC33B" w14:textId="77777777" w:rsidR="00AD1ABF" w:rsidRPr="00AD1ABF" w:rsidRDefault="00AD1ABF" w:rsidP="00AD1ABF">
      <w:pPr>
        <w:rPr>
          <w:lang w:val="pt-BR"/>
        </w:rPr>
      </w:pPr>
      <w:r w:rsidRPr="00AD1ABF">
        <w:rPr>
          <w:lang w:val="pt-BR"/>
        </w:rPr>
        <w:t>[Nome Completo¹, Nome Completo² …]</w:t>
      </w:r>
    </w:p>
    <w:p w14:paraId="0E778581" w14:textId="77777777" w:rsidR="00AD1ABF" w:rsidRPr="00AD1ABF" w:rsidRDefault="00AD1ABF" w:rsidP="00AD1ABF">
      <w:pPr>
        <w:rPr>
          <w:lang w:val="pt-BR"/>
        </w:rPr>
      </w:pPr>
      <w:r w:rsidRPr="00AD1ABF">
        <w:rPr>
          <w:lang w:val="pt-BR"/>
        </w:rPr>
        <w:t xml:space="preserve">¹[Instituição 1] – [e-mail] </w:t>
      </w:r>
    </w:p>
    <w:p w14:paraId="1A495BE4" w14:textId="77777777" w:rsidR="00AD1ABF" w:rsidRPr="00AD1ABF" w:rsidRDefault="00AD1ABF" w:rsidP="00AD1ABF">
      <w:pPr>
        <w:rPr>
          <w:lang w:val="pt-BR"/>
        </w:rPr>
      </w:pPr>
      <w:r w:rsidRPr="00AD1ABF">
        <w:rPr>
          <w:lang w:val="pt-BR"/>
        </w:rPr>
        <w:t xml:space="preserve">²[Instituição 2] – [e-mail] </w:t>
      </w:r>
    </w:p>
    <w:p w14:paraId="676F348F" w14:textId="279310D3" w:rsidR="00CD5E61" w:rsidRPr="00267C6A" w:rsidRDefault="00AD1ABF">
      <w:pPr>
        <w:rPr>
          <w:lang w:val="pt-BR"/>
        </w:rPr>
      </w:pPr>
      <w:r w:rsidRPr="00AD1ABF">
        <w:rPr>
          <w:lang w:val="pt-BR"/>
        </w:rPr>
        <w:t>Copiar e colar em caso de mais autores</w:t>
      </w:r>
    </w:p>
    <w:p w14:paraId="7370A312" w14:textId="0B64A0B0" w:rsidR="00BA38B0" w:rsidRPr="00267C6A" w:rsidRDefault="006532CF">
      <w:pPr>
        <w:pStyle w:val="Ttulo2"/>
        <w:rPr>
          <w:color w:val="auto"/>
          <w:lang w:val="pt-BR"/>
        </w:rPr>
      </w:pPr>
      <w:r w:rsidRPr="00267C6A">
        <w:rPr>
          <w:color w:val="auto"/>
          <w:lang w:val="pt-BR"/>
        </w:rPr>
        <w:t>Introdução</w:t>
      </w:r>
    </w:p>
    <w:p w14:paraId="432CCDCB" w14:textId="3CA8A91B" w:rsidR="00BA38B0" w:rsidRPr="00267C6A" w:rsidRDefault="00AD1ABF">
      <w:pPr>
        <w:rPr>
          <w:lang w:val="pt-BR"/>
        </w:rPr>
      </w:pPr>
      <w:r w:rsidRPr="00AD1ABF">
        <w:rPr>
          <w:lang w:val="pt-BR"/>
        </w:rPr>
        <w:t>[Em 3 a 4 linhas, apresente o contexto do tema, indicando relevância e lacuna de conhecimento que justifica o estudo.]</w:t>
      </w:r>
    </w:p>
    <w:p w14:paraId="28DFC016" w14:textId="77777777" w:rsidR="00BA38B0" w:rsidRPr="00267C6A" w:rsidRDefault="006532CF">
      <w:pPr>
        <w:pStyle w:val="Ttulo2"/>
        <w:rPr>
          <w:color w:val="auto"/>
          <w:lang w:val="pt-BR"/>
        </w:rPr>
      </w:pPr>
      <w:r w:rsidRPr="00267C6A">
        <w:rPr>
          <w:color w:val="auto"/>
          <w:lang w:val="pt-BR"/>
        </w:rPr>
        <w:t>Objetivo</w:t>
      </w:r>
    </w:p>
    <w:p w14:paraId="2AD8CF94" w14:textId="31BF9CEF" w:rsidR="00BA38B0" w:rsidRPr="00267C6A" w:rsidRDefault="00AD1ABF">
      <w:pPr>
        <w:rPr>
          <w:lang w:val="pt-BR"/>
        </w:rPr>
      </w:pPr>
      <w:r w:rsidRPr="00AD1ABF">
        <w:rPr>
          <w:lang w:val="pt-BR"/>
        </w:rPr>
        <w:t>[Declare, em uma frase, a meta principal da pesquisa.]</w:t>
      </w:r>
    </w:p>
    <w:p w14:paraId="5AA03476" w14:textId="77777777" w:rsidR="00BA38B0" w:rsidRPr="00267C6A" w:rsidRDefault="006532CF">
      <w:pPr>
        <w:pStyle w:val="Ttulo2"/>
        <w:rPr>
          <w:color w:val="auto"/>
          <w:lang w:val="pt-BR"/>
        </w:rPr>
      </w:pPr>
      <w:r w:rsidRPr="00267C6A">
        <w:rPr>
          <w:color w:val="auto"/>
          <w:lang w:val="pt-BR"/>
        </w:rPr>
        <w:t>Metodologia</w:t>
      </w:r>
    </w:p>
    <w:p w14:paraId="4F096896" w14:textId="0CD2E458" w:rsidR="00BA38B0" w:rsidRPr="00267C6A" w:rsidRDefault="00AD1ABF">
      <w:pPr>
        <w:rPr>
          <w:lang w:val="pt-BR"/>
        </w:rPr>
      </w:pPr>
      <w:r w:rsidRPr="00AD1ABF">
        <w:rPr>
          <w:lang w:val="pt-BR"/>
        </w:rPr>
        <w:t>[Descreva delineamento, amostragem, procedimentos e análises em 5 a 6 linhas. Inclua: espécie/modelo, número de amostras, técnicas empregadas e, quando aplicável, a aprovação pelo Comitê de Ética (nº do parecer).]</w:t>
      </w:r>
    </w:p>
    <w:p w14:paraId="36FE148A" w14:textId="77777777" w:rsidR="00BA38B0" w:rsidRPr="00267C6A" w:rsidRDefault="006532CF">
      <w:pPr>
        <w:pStyle w:val="Ttulo2"/>
        <w:rPr>
          <w:color w:val="auto"/>
          <w:lang w:val="pt-BR"/>
        </w:rPr>
      </w:pPr>
      <w:r w:rsidRPr="00267C6A">
        <w:rPr>
          <w:color w:val="auto"/>
          <w:lang w:val="pt-BR"/>
        </w:rPr>
        <w:t>Resultados</w:t>
      </w:r>
    </w:p>
    <w:p w14:paraId="4C66C800" w14:textId="0BBB99C6" w:rsidR="00BA38B0" w:rsidRPr="00267C6A" w:rsidRDefault="00AD1ABF">
      <w:pPr>
        <w:rPr>
          <w:lang w:val="pt-BR"/>
        </w:rPr>
      </w:pPr>
      <w:r w:rsidRPr="00AD1ABF">
        <w:rPr>
          <w:lang w:val="pt-BR"/>
        </w:rPr>
        <w:t>[Apresente os principais achados (mesmo preliminares) de forma objetiva, destacando as principais variáveis com seus valores descritos no texto, evitando tabelas ou figuras.]</w:t>
      </w:r>
    </w:p>
    <w:p w14:paraId="1E1387FC" w14:textId="549F63C7" w:rsidR="00BA38B0" w:rsidRPr="00267C6A" w:rsidRDefault="00FA1443">
      <w:pPr>
        <w:pStyle w:val="Ttulo2"/>
        <w:rPr>
          <w:color w:val="auto"/>
          <w:lang w:val="pt-BR"/>
        </w:rPr>
      </w:pPr>
      <w:r>
        <w:rPr>
          <w:color w:val="auto"/>
          <w:lang w:val="pt-BR"/>
        </w:rPr>
        <w:t xml:space="preserve">Conclusão </w:t>
      </w:r>
    </w:p>
    <w:p w14:paraId="6E549C2C" w14:textId="2A331430" w:rsidR="00BA38B0" w:rsidRPr="00267C6A" w:rsidRDefault="00AD1ABF">
      <w:pPr>
        <w:rPr>
          <w:lang w:val="pt-BR"/>
        </w:rPr>
      </w:pPr>
      <w:r w:rsidRPr="00AD1ABF">
        <w:rPr>
          <w:lang w:val="pt-BR"/>
        </w:rPr>
        <w:t>[Sintetize em 2 a 3 linhas resposta clara ao objetivo, destacando as implicações e considerações finais sobre o trabalho.]</w:t>
      </w:r>
    </w:p>
    <w:p w14:paraId="3EF824B8" w14:textId="77777777" w:rsidR="00BA38B0" w:rsidRPr="00267C6A" w:rsidRDefault="006532CF">
      <w:pPr>
        <w:pStyle w:val="Ttulo2"/>
        <w:rPr>
          <w:color w:val="auto"/>
          <w:lang w:val="pt-BR"/>
        </w:rPr>
      </w:pPr>
      <w:r w:rsidRPr="00267C6A">
        <w:rPr>
          <w:color w:val="auto"/>
          <w:lang w:val="pt-BR"/>
        </w:rPr>
        <w:t>Palavras-chave</w:t>
      </w:r>
    </w:p>
    <w:p w14:paraId="50A56D80" w14:textId="431AB671" w:rsidR="00BA38B0" w:rsidRPr="00267C6A" w:rsidRDefault="00AD1ABF">
      <w:pPr>
        <w:rPr>
          <w:lang w:val="pt-BR"/>
        </w:rPr>
      </w:pPr>
      <w:r w:rsidRPr="00AD1ABF">
        <w:rPr>
          <w:lang w:val="pt-BR"/>
        </w:rPr>
        <w:t>[Três a cinco termos com todas as letras em minúsculo, exceto de substantivo próprio, separadas por ponto e vírgula; evitar repetir palavras do título.]</w:t>
      </w:r>
    </w:p>
    <w:p w14:paraId="7566AC5A" w14:textId="77777777" w:rsidR="00BA38B0" w:rsidRPr="00267C6A" w:rsidRDefault="006532CF">
      <w:pPr>
        <w:pStyle w:val="Ttulo2"/>
        <w:rPr>
          <w:color w:val="auto"/>
          <w:lang w:val="pt-BR"/>
        </w:rPr>
      </w:pPr>
      <w:r w:rsidRPr="00267C6A">
        <w:rPr>
          <w:color w:val="auto"/>
          <w:lang w:val="pt-BR"/>
        </w:rPr>
        <w:t>Agradecimentos</w:t>
      </w:r>
    </w:p>
    <w:p w14:paraId="7EEEE543" w14:textId="76EFF6E0" w:rsidR="00BA38B0" w:rsidRPr="00267C6A" w:rsidRDefault="00AD1ABF">
      <w:pPr>
        <w:rPr>
          <w:lang w:val="pt-BR"/>
        </w:rPr>
      </w:pPr>
      <w:r w:rsidRPr="00AD1ABF">
        <w:rPr>
          <w:lang w:val="pt-BR"/>
        </w:rPr>
        <w:t>[Agências de fomento, instituições e parceiros.]</w:t>
      </w:r>
    </w:p>
    <w:sectPr w:rsidR="00BA38B0" w:rsidRPr="00267C6A" w:rsidSect="006532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FBF45" w14:textId="77777777" w:rsidR="00D67788" w:rsidRDefault="00D67788">
      <w:pPr>
        <w:spacing w:after="0" w:line="240" w:lineRule="auto"/>
      </w:pPr>
      <w:r>
        <w:separator/>
      </w:r>
    </w:p>
  </w:endnote>
  <w:endnote w:type="continuationSeparator" w:id="0">
    <w:p w14:paraId="33C4561A" w14:textId="77777777" w:rsidR="00D67788" w:rsidRDefault="00D6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C24FB" w14:textId="77777777" w:rsidR="00E94581" w:rsidRDefault="00E945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E2D99" w14:textId="77777777" w:rsidR="00E94581" w:rsidRDefault="00E945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D70B7" w14:textId="77777777" w:rsidR="00E94581" w:rsidRDefault="00E945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357C0" w14:textId="77777777" w:rsidR="00D67788" w:rsidRDefault="00D67788">
      <w:pPr>
        <w:spacing w:after="0" w:line="240" w:lineRule="auto"/>
      </w:pPr>
      <w:r>
        <w:separator/>
      </w:r>
    </w:p>
  </w:footnote>
  <w:footnote w:type="continuationSeparator" w:id="0">
    <w:p w14:paraId="0FA4DDCF" w14:textId="77777777" w:rsidR="00D67788" w:rsidRDefault="00D67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0FB4" w14:textId="368C4784" w:rsidR="00E94581" w:rsidRDefault="00E945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1B5AE" w14:textId="3EA05AA9" w:rsidR="00E94581" w:rsidRDefault="00E9458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59367" w14:textId="09E5236A" w:rsidR="00E94581" w:rsidRDefault="00E945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4839913">
    <w:abstractNumId w:val="8"/>
  </w:num>
  <w:num w:numId="2" w16cid:durableId="1734619646">
    <w:abstractNumId w:val="6"/>
  </w:num>
  <w:num w:numId="3" w16cid:durableId="83310426">
    <w:abstractNumId w:val="5"/>
  </w:num>
  <w:num w:numId="4" w16cid:durableId="1323118365">
    <w:abstractNumId w:val="4"/>
  </w:num>
  <w:num w:numId="5" w16cid:durableId="860125800">
    <w:abstractNumId w:val="7"/>
  </w:num>
  <w:num w:numId="6" w16cid:durableId="1902012901">
    <w:abstractNumId w:val="3"/>
  </w:num>
  <w:num w:numId="7" w16cid:durableId="1254779900">
    <w:abstractNumId w:val="2"/>
  </w:num>
  <w:num w:numId="8" w16cid:durableId="49352609">
    <w:abstractNumId w:val="1"/>
  </w:num>
  <w:num w:numId="9" w16cid:durableId="202209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7119"/>
    <w:rsid w:val="000D5AF2"/>
    <w:rsid w:val="0015074B"/>
    <w:rsid w:val="0017284E"/>
    <w:rsid w:val="00203998"/>
    <w:rsid w:val="00231AC4"/>
    <w:rsid w:val="00267C6A"/>
    <w:rsid w:val="00286B91"/>
    <w:rsid w:val="0029639D"/>
    <w:rsid w:val="00326F90"/>
    <w:rsid w:val="00410195"/>
    <w:rsid w:val="004138FC"/>
    <w:rsid w:val="00585343"/>
    <w:rsid w:val="00651064"/>
    <w:rsid w:val="00652D4E"/>
    <w:rsid w:val="006532CF"/>
    <w:rsid w:val="00685E65"/>
    <w:rsid w:val="00850CD6"/>
    <w:rsid w:val="00876808"/>
    <w:rsid w:val="00995A9E"/>
    <w:rsid w:val="00A516AC"/>
    <w:rsid w:val="00A90139"/>
    <w:rsid w:val="00AA1D8D"/>
    <w:rsid w:val="00AD1ABF"/>
    <w:rsid w:val="00AE3A6A"/>
    <w:rsid w:val="00B47730"/>
    <w:rsid w:val="00BA38B0"/>
    <w:rsid w:val="00BF5CC0"/>
    <w:rsid w:val="00C70EDB"/>
    <w:rsid w:val="00CA4D3A"/>
    <w:rsid w:val="00CB0664"/>
    <w:rsid w:val="00CD5E61"/>
    <w:rsid w:val="00D30F52"/>
    <w:rsid w:val="00D67788"/>
    <w:rsid w:val="00DD06BA"/>
    <w:rsid w:val="00DE25DD"/>
    <w:rsid w:val="00E94581"/>
    <w:rsid w:val="00EA4B50"/>
    <w:rsid w:val="00EB0C9A"/>
    <w:rsid w:val="00F23BBD"/>
    <w:rsid w:val="00F46107"/>
    <w:rsid w:val="00F81CEE"/>
    <w:rsid w:val="00F974C9"/>
    <w:rsid w:val="00FA1443"/>
    <w:rsid w:val="00FC693F"/>
    <w:rsid w:val="00FD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58E52C"/>
  <w14:defaultImageDpi w14:val="300"/>
  <w15:docId w15:val="{FEB6FC2D-066D-4C23-BB4D-90F10445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xtodoEspaoReservado">
    <w:name w:val="Placeholder Text"/>
    <w:basedOn w:val="Fontepargpadro"/>
    <w:uiPriority w:val="99"/>
    <w:semiHidden/>
    <w:rsid w:val="00CD5E6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Laís Domingues Figueiredo</cp:lastModifiedBy>
  <cp:revision>11</cp:revision>
  <dcterms:created xsi:type="dcterms:W3CDTF">2025-07-14T18:17:00Z</dcterms:created>
  <dcterms:modified xsi:type="dcterms:W3CDTF">2026-08-12T20:23:00Z</dcterms:modified>
  <cp:category/>
</cp:coreProperties>
</file>